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svgsrc1.svg" ContentType="image/svg+xml"/>
  <Override PartName="/word/media/svgsrc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September 02, 2026</w:t>
      </w:r>
    </w:p>
    <w:p/>
    <w:sectPr w:rsidR="00FC693F" w:rsidRPr="0006063C" w:rsidSect="00034616">
      <w:headerReference w:type="default" r:id="rId9"/>
      <w:footerReference w:type="default" r:id="rId10"/>
      <w:pgSz w:w="11906" w:h="16838" w:code="9"/>
      <w:pgMar w:top="1814" w:right="851" w:bottom="1474" w:left="851" w:header="851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 xmlns:a="http://schemas.openxmlformats.org/drawingml/2006/main" xmlns:pic="http://schemas.openxmlformats.org/drawingml/2006/picture">
      <w:drawing>
        <wp:anchor distT="0" distB="0" distL="0" distR="0" simplePos="0" relativeHeight="8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176400</wp:posOffset>
          </wp:positionV>
          <wp:extent cx="1353600" cy="187200"/>
          <wp:effectExtent l="0" t="0" r="0" b="0"/>
          <wp:wrapNone/>
          <wp:docPr id="8" name="Text Box 8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3536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r>
                        <w:t xml:space="preserve">Page | </w:t>
                      </w:r>
                      <w:r>
                        <w:fldChar w:fldCharType="begin"/>
                      </w:r>
                      <w:r>
                        <w:instrText xml:space="preserve"> PAGE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9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180000</wp:posOffset>
          </wp:positionV>
          <wp:extent cx="2084400" cy="216000"/>
          <wp:effectExtent l="0" t="0" r="0" b="0"/>
          <wp:wrapNone/>
          <wp:docPr id="9" name="Picture 9"/>
          <wp:cNvGraphicFramePr/>
          <a:graphic>
            <a:graphicData uri="http://schemas.openxmlformats.org/drawingml/2006/picture">
              <pic:pic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2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0" behindDoc="0" locked="0" layoutInCell="1" allowOverlap="1">
          <wp:simplePos x="0" y="0"/>
          <wp:positionH relativeFrom="margin">
            <wp:align>left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0" name="Rectangle 10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1" behindDoc="0" locked="0" layoutInCell="1" allowOverlap="1">
          <wp:simplePos x="0" y="0"/>
          <wp:positionH relativeFrom="margin">
            <wp:align>center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1" name="Rectangle 11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12" behindDoc="0" locked="0" layoutInCell="1" allowOverlap="1">
          <wp:simplePos x="0" y="0"/>
          <wp:positionH relativeFrom="margin">
            <wp:align>right</wp:align>
          </wp:positionH>
          <wp:positionV relativeFrom="bottomMargin">
            <wp:posOffset>10800</wp:posOffset>
          </wp:positionV>
          <wp:extent cx="2116800" cy="54000"/>
          <wp:effectExtent l="0" t="0" r="0" b="0"/>
          <wp:wrapNone/>
          <wp:docPr id="12" name="Rectangle 12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distT="0" distB="0" distL="0" distR="0" simplePos="0" relativeHeight="2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-612000</wp:posOffset>
          </wp:positionV>
          <wp:extent cx="1468001" cy="252000"/>
          <wp:effectExtent l="0" t="0" r="0" b="0"/>
          <wp:wrapNone/>
          <wp:docPr id="2" name="Picture 2"/>
          <wp:cNvGraphicFramePr/>
          <a:graphic>
            <a:graphicData uri="http://schemas.openxmlformats.org/drawingml/2006/picture">
              <pic:pic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001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3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3" name="Rectangle 3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6CC24A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4" name="Rectangle 4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298FC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5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-72000</wp:posOffset>
          </wp:positionV>
          <wp:extent cx="2116800" cy="54000"/>
          <wp:effectExtent l="0" t="0" r="0" b="0"/>
          <wp:wrapNone/>
          <wp:docPr id="5" name="Rectangle 5"/>
          <wp:cNvGraphicFramePr/>
          <a:graphic>
            <a:graphicData uri="http://schemas.microsoft.com/office/word/2010/wordprocessingShape">
              <wps:wsp>
                <wps:cNvSpPr/>
                <wps:spPr>
                  <a:xfrm>
                    <a:off x="0" y="0"/>
                    <a:ext cx="2116800" cy="54000"/>
                  </a:xfrm>
                  <a:prstGeom prst="rect">
                    <a:avLst/>
                  </a:prstGeom>
                  <a:solidFill>
                    <a:srgbClr val="FF7F32"/>
                  </a:solidFill>
                  <a:ln>
                    <a:noFill/>
                  </a:ln>
                </wps:spPr>
                <wps:bodyPr/>
              </wps:wsp>
            </a:graphicData>
          </a:graphic>
          <wp14:sizeRelH relativeFrom="margin">
            <wp14:pctWidth>32800</wp14:pctWidth>
          </wp14:sizeRelH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6" behindDoc="0" locked="0" layoutInCell="1" allowOverlap="1">
          <wp:simplePos x="0" y="0"/>
          <wp:positionH relativeFrom="margin">
            <wp:align>right</wp:align>
          </wp:positionH>
          <wp:positionV relativeFrom="margin">
            <wp:posOffset>-324000</wp:posOffset>
          </wp:positionV>
          <wp:extent cx="2080800" cy="172800"/>
          <wp:effectExtent l="0" t="0" r="0" b="0"/>
          <wp:wrapNone/>
          <wp:docPr id="6" name="Text Box 6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808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USA | UAE | INDIA | SINGAPORE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  <w:r xmlns:a="http://schemas.openxmlformats.org/drawingml/2006/main" xmlns:pic="http://schemas.openxmlformats.org/drawingml/2006/picture">
      <w:drawing>
        <wp:anchor distT="0" distB="0" distL="0" distR="0" simplePos="0" relativeHeight="7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-324000</wp:posOffset>
          </wp:positionV>
          <wp:extent cx="2019600" cy="172800"/>
          <wp:effectExtent l="0" t="0" r="0" b="0"/>
          <wp:wrapNone/>
          <wp:docPr id="7" name="Text Box 7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20196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CLUB of Pharma &amp; Chemicals</w:t>
                      </w:r>
                    </w:p>
                  </w:txbxContent>
                </wps:txbx>
                <wps:bodyPr wrap="none" lIns="0" tIns="0" rIns="0" bIns="0" anchor="t"/>
              </wps:wsp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svgsrc2.sv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svgsrc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7F32"/>
      </a:accent1>
      <a:accent2>
        <a:srgbClr val="298FC2"/>
      </a:accent2>
      <a:accent3>
        <a:srgbClr val="6CC24A"/>
      </a:accent3>
      <a:accent4>
        <a:srgbClr val="FF7F32"/>
      </a:accent4>
      <a:accent5>
        <a:srgbClr val="298FC2"/>
      </a:accent5>
      <a:accent6>
        <a:srgbClr val="6CC24A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COZ CHEM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COZ CHEM Letterhead</dc:title>
  <dc:subject/>
  <dc:creator>COZ CLUB</dc:creator>
  <cp:keywords/>
  <dc:description>COZ CHEM official letterhead template</dc:description>
  <cp:lastModifiedBy>COZ CLUB</cp:lastModifiedBy>
  <cp:revision>1</cp:revision>
  <dcterms:created xsi:type="dcterms:W3CDTF">2026-09-02T13:17:29Z</dcterms:created>
  <dcterms:modified xsi:type="dcterms:W3CDTF">2026-09-02T13:17:29Z</dcterms:modified>
  <cp:category/>
</cp:coreProperties>
</file>